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כרטיס יציאה ולמה הוא עוזר בסיכום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בשיטת STAR ובבניית פיץ׳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חשובים בשפת גוף ובהתמודדות עם לחץ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לסכם בקצרה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Action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אותו לפני שיוצאים,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R=Result, התוצאה של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קשר עין הוא חלק חשוב משפת גוף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פיץ׳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למשמעותה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(מצב (Situation))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(משימה (Task))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(פעולה (Action))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(תוצאה (Result))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מי אני ומה אני מביא/ה, בשני משפטים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רלוונטית שמראה עניין בתפקיד או בארגון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ארבע האותיות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וקצר על עצמם או על יכולותיהם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עם נימוק הגיוני המתייחס להכנה שנעשתה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 האקראי מהעמוד כדי לבחור אילו שאלות לתרגל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בזוגות את הפיץ׳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שהתשובות בחלק הפתוח אישיות - אין תשובה אחת נכונה, חשוב לבדוק רק שהנימוק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כרטיסי יציאה הם משפטים קצרים שכותבים בסוף השיעור כדי לסכם מה למדנו על הכנה לראיון, כמו שיטת STAR, פיץ׳ אישי ושפת גוף.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פיץ׳  ·  STAR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כותבים כרטיס יציאה בסוף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לסכם בקצרה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להתחיל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האות A מסמלת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Action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Answer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Ability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יציאה נכתב בתחילת השיעור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R בשיטת STAR מסמלת תוצאה (Result)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להימנע לגמרי מקשר עין עם המראיין/ת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שיטת __________ עוזרת לספר על חוזקה בעזרת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תיאור קצר של עצמי בשני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האות למשמעותה בשיטת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משימה (Task)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תוצאה (Result)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מצב (Situation)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פעולה (Action)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את הפיץ׳ שלכם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אחת שתשאלו את המראיין/ת בסוף הראיון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היא שיטת STAR ולמה היא עוזרת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מהפיץ׳ האישי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יציאה -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