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יציאה -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כולל כרטיס יציאה ולמה הוא עוזר בסיכום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בשיטת STAR ובבניית פיץ׳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חשובים בשפת גוף ובהתמודדות עם לחץ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לסכם בקצרה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Situation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Action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כותבים אותו לפני שיוצאים, בסוף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R=Result, התוצאה של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קשר עין הוא חלק חשוב משפת גוף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דרך מומלצת 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כדאי להכין שאלה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פיץ׳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האות למשמעותה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(מצב (Situation))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(משימה (Task))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(פעולה (Action))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(תוצאה (Result))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מי אני ומה אני מביא/ה, בשני משפטים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חוזקה ברורה עם דוגמה קונקרטית מהחיים או מהלימודים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רלוונטית שמראה עניין בתפקיד או בארגון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אישיות, מצופה התייחסות ענייינית ומנומקת לכל שאלה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בין 1-5 עם נימוק אישי המתייחס להכנה שנעשתה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של ארבע האותיות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ברור וקצר על עצמם או על יכולותיהם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עם נימוק הגיוני המתייחס להכנה שנעשתה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 האקראי מהעמוד כדי לבחור אילו שאלות לתרגל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בזוגות את הפיץ׳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שהתשובות בחלק הפתוח אישיות - אין תשובה אחת נכונה, חשוב לבדוק רק שהנימוק הגיוני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יציאה -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כרטיס יציאה הוא משפט קצר. כותבים אותו בסוף השיעור. זה עוזר לזכור מה למדנו על ראיון 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מראיין לפני קבלה לעבודה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פיץ׳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קצר וברור של עצמי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לספר על הצלחה: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תנועות, מבט ויציבה שמעבירים מסר בלי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שיש 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ששואל שאלות בראיון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שכותבים בסוף השיעור כדי לסכם 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 הערכה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לבדוק כמה אני מרגיש/ה מוכן/ה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כרטיס 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לסכם בקצרה מה 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להתחיל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האות S אומרת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Speed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Situation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Smile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A אומרת בשיטת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Action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Answer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Ability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Attitude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משפטים יש בפיץ׳?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שואלים שאלה את המראיין?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הראיון בלי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בתחילת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לשאול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נכתב בתחילת השיעור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R בשיטת STAR מסמלת תוצאה (Result)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להימנע לגמרי מקשר עין עם המראיין/ת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להפחית לחץ באמצע 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להכין שאלות למראיין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__________ עוזרת לספר על חוזקה בעזרת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היציאה נכתב __________ שיוצאים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תיאור קצר של עצמי בשני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לשאול __________ אחת את המראיין/ת בסוף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גוף כוללת מבט, יציבה ותנועות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משפט __________ יכול לעזור להרגיש בטוחים לפני שנכנסים לראיון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האות למשמעותה בשיטת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 (Result)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פעולה (Action)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משימה (Task)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מצב (Situation)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את הפיץ׳ שלכם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חוזקה אחת שתספרו עליה בראיון, ודוגמה שמוכיחה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שתשאלו את המראיין/ת בסוף הראיון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 שאלות מתוך כרטיס היציאה האקראי (למשל: החוזקה שלי, מה אעשה אם ארגיש לחץ, מה למדתי מהתצפית) וענו עליהן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מאחד עד חמש - כמה אתם מרגישים מוכנים לראיון הבא שלכם?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היא שיטת STAR ולמה היא עוזרת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מהפיץ׳ האישי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מאחד עד חמש - כמה אתם מרגישים מוכנים לראיון? 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יציאה -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